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000000"/>
          <w:sz w:val="40"/>
        </w:rPr>
        <w:t>Havi jelenléti ív minta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48"/>
        <w:gridCol w:w="3648"/>
        <w:gridCol w:w="3648"/>
        <w:gridCol w:w="3648"/>
      </w:tblGrid>
      <w:tr>
        <w:trPr>
          <w:trHeight w:val="397"/>
        </w:trPr>
        <w:tc>
          <w:tcPr>
            <w:tcW w:type="dxa" w:w="3648"/>
            <w:vAlign w:val="center"/>
            <w:shd w:fill="FFF0E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171717"/>
                <w:sz w:val="16"/>
              </w:rPr>
              <w:t>Munkáltató neve</w:t>
            </w:r>
          </w:p>
        </w:tc>
        <w:tc>
          <w:tcPr>
            <w:tcW w:type="dxa" w:w="3648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71717"/>
                <w:sz w:val="16"/>
              </w:rPr>
            </w:r>
          </w:p>
        </w:tc>
        <w:tc>
          <w:tcPr>
            <w:tcW w:type="dxa" w:w="3648"/>
            <w:vAlign w:val="center"/>
            <w:shd w:fill="FFF0E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171717"/>
                <w:sz w:val="16"/>
              </w:rPr>
              <w:t>Munkavállaló neve</w:t>
            </w:r>
          </w:p>
        </w:tc>
        <w:tc>
          <w:tcPr>
            <w:tcW w:type="dxa" w:w="3648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71717"/>
                <w:sz w:val="16"/>
              </w:rPr>
            </w:r>
          </w:p>
        </w:tc>
      </w:tr>
      <w:tr>
        <w:trPr>
          <w:trHeight w:val="397"/>
        </w:trPr>
        <w:tc>
          <w:tcPr>
            <w:tcW w:type="dxa" w:w="3648"/>
            <w:vAlign w:val="center"/>
            <w:shd w:fill="FFF0E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171717"/>
                <w:sz w:val="16"/>
              </w:rPr>
              <w:t>Év és hónap</w:t>
            </w:r>
          </w:p>
        </w:tc>
        <w:tc>
          <w:tcPr>
            <w:tcW w:type="dxa" w:w="3648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71717"/>
                <w:sz w:val="16"/>
              </w:rPr>
            </w:r>
          </w:p>
        </w:tc>
        <w:tc>
          <w:tcPr>
            <w:tcW w:type="dxa" w:w="3648"/>
            <w:vAlign w:val="center"/>
            <w:shd w:fill="FFF0E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171717"/>
                <w:sz w:val="16"/>
              </w:rPr>
              <w:t>Munkakör</w:t>
            </w:r>
          </w:p>
        </w:tc>
        <w:tc>
          <w:tcPr>
            <w:tcW w:type="dxa" w:w="3648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71717"/>
                <w:sz w:val="16"/>
              </w:rPr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24"/>
        <w:gridCol w:w="1824"/>
        <w:gridCol w:w="1824"/>
        <w:gridCol w:w="1824"/>
        <w:gridCol w:w="1824"/>
        <w:gridCol w:w="1824"/>
        <w:gridCol w:w="1824"/>
        <w:gridCol w:w="1824"/>
      </w:tblGrid>
      <w:tr>
        <w:trPr>
          <w:trHeight w:val="255"/>
        </w:trPr>
        <w:tc>
          <w:tcPr>
            <w:tcW w:type="dxa" w:w="510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Nap</w:t>
            </w:r>
          </w:p>
        </w:tc>
        <w:tc>
          <w:tcPr>
            <w:tcW w:type="dxa" w:w="1134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Dátum</w:t>
            </w:r>
          </w:p>
        </w:tc>
        <w:tc>
          <w:tcPr>
            <w:tcW w:type="dxa" w:w="964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Kezdés</w:t>
            </w:r>
          </w:p>
        </w:tc>
        <w:tc>
          <w:tcPr>
            <w:tcW w:type="dxa" w:w="964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Befejezés</w:t>
            </w:r>
          </w:p>
        </w:tc>
        <w:tc>
          <w:tcPr>
            <w:tcW w:type="dxa" w:w="850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Szünet</w:t>
            </w:r>
          </w:p>
        </w:tc>
        <w:tc>
          <w:tcPr>
            <w:tcW w:type="dxa" w:w="1417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Rendes munkaidő</w:t>
            </w:r>
          </w:p>
        </w:tc>
        <w:tc>
          <w:tcPr>
            <w:tcW w:type="dxa" w:w="1587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Rendkívüli munkaidő</w:t>
            </w:r>
          </w:p>
        </w:tc>
        <w:tc>
          <w:tcPr>
            <w:tcW w:type="dxa" w:w="4535"/>
            <w:vAlign w:val="center"/>
            <w:shd w:fill="737373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Megjegyzés</w:t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4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6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7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8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9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10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12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14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16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17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18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19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20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22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24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26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27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28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29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30</w:t>
            </w:r>
          </w:p>
        </w:tc>
        <w:tc>
          <w:tcPr>
            <w:tcW w:type="dxa" w:w="113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  <w:shd w:fill="F7F7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  <w:tr>
        <w:trPr>
          <w:trHeight w:val="255"/>
        </w:trPr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  <w:t>31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71717"/>
                <w:sz w:val="14"/>
              </w:rPr>
            </w:r>
          </w:p>
        </w:tc>
      </w:tr>
    </w:tbl>
    <w:p>
      <w:pPr>
        <w:spacing w:before="80" w:after="40"/>
      </w:pPr>
      <w:r>
        <w:rPr>
          <w:rFonts w:ascii="Arial" w:hAnsi="Arial"/>
          <w:sz w:val="16"/>
        </w:rPr>
        <w:t>Munkavállaló aláírása: ____________________        Munkáltató igazolása: ____________________</w:t>
      </w:r>
    </w:p>
    <w:p>
      <w:pPr>
        <w:spacing w:before="40"/>
        <w:jc w:val="left"/>
      </w:pPr>
      <w:r>
        <w:rPr>
          <w:rFonts w:ascii="Arial" w:hAnsi="Arial"/>
          <w:color w:val="737373"/>
          <w:sz w:val="14"/>
        </w:rPr>
        <w:t>A minta tájékoztató jellegű. Használat előtt ellenőrizd, hogy megfelel-e az aktuális jogszabályoknak és a foglalkoztatás körülményeinek.</w:t>
      </w:r>
    </w:p>
    <w:sectPr w:rsidR="00FC693F" w:rsidRPr="0006063C" w:rsidSect="00034616">
      <w:pgSz w:w="15840" w:h="12240" w:orient="landscape"/>
      <w:pgMar w:top="624" w:right="624" w:bottom="567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